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61" w:rsidRPr="0059500E" w:rsidRDefault="009B6DBB">
      <w:pPr>
        <w:jc w:val="center"/>
        <w:rPr>
          <w:lang w:val="it-IT"/>
        </w:rPr>
      </w:pPr>
      <w:r w:rsidRPr="0059500E">
        <w:rPr>
          <w:b/>
          <w:color w:val="1F4E79"/>
          <w:sz w:val="30"/>
          <w:lang w:val="it-IT"/>
        </w:rPr>
        <w:t>ALLEGATO B</w:t>
      </w:r>
    </w:p>
    <w:p w:rsidR="00117561" w:rsidRPr="0059500E" w:rsidRDefault="009B6DBB">
      <w:pPr>
        <w:jc w:val="center"/>
        <w:rPr>
          <w:lang w:val="it-IT"/>
        </w:rPr>
      </w:pPr>
      <w:r w:rsidRPr="0059500E">
        <w:rPr>
          <w:b/>
          <w:color w:val="1F4E79"/>
          <w:sz w:val="22"/>
          <w:lang w:val="it-IT"/>
        </w:rPr>
        <w:t>ELENCO DEI TITOLI, DELLE ESPERIENZE E DELLE PUBBLICAZIONI</w:t>
      </w:r>
    </w:p>
    <w:p w:rsidR="00117561" w:rsidRPr="0059500E" w:rsidRDefault="009B6DBB">
      <w:pPr>
        <w:spacing w:after="160"/>
        <w:jc w:val="center"/>
        <w:rPr>
          <w:lang w:val="it-IT"/>
        </w:rPr>
      </w:pPr>
      <w:r w:rsidRPr="0059500E">
        <w:rPr>
          <w:color w:val="1F4E79"/>
          <w:lang w:val="it-IT"/>
        </w:rPr>
        <w:t xml:space="preserve">Incarichi di insegnamento - I semestre </w:t>
      </w:r>
      <w:proofErr w:type="spellStart"/>
      <w:r w:rsidRPr="0059500E">
        <w:rPr>
          <w:color w:val="1F4E79"/>
          <w:lang w:val="it-IT"/>
        </w:rPr>
        <w:t>a.a</w:t>
      </w:r>
      <w:proofErr w:type="spellEnd"/>
      <w:r w:rsidRPr="0059500E">
        <w:rPr>
          <w:color w:val="1F4E79"/>
          <w:lang w:val="it-IT"/>
        </w:rPr>
        <w:t>. 2026/2027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117561" w:rsidRPr="0059500E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b/>
                <w:color w:val="1F4E79"/>
                <w:sz w:val="22"/>
                <w:lang w:val="it-IT"/>
              </w:rPr>
              <w:t>A. Titoli accademici, scientifici e professionali</w:t>
            </w:r>
          </w:p>
        </w:tc>
      </w:tr>
    </w:tbl>
    <w:p w:rsidR="00117561" w:rsidRPr="0059500E" w:rsidRDefault="00117561">
      <w:pPr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50"/>
        <w:gridCol w:w="3855"/>
      </w:tblGrid>
      <w:tr w:rsidR="00117561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:rsidR="00117561" w:rsidRDefault="009B6DBB">
            <w:proofErr w:type="spellStart"/>
            <w:r>
              <w:rPr>
                <w:b/>
                <w:color w:val="202020"/>
                <w:sz w:val="17"/>
              </w:rPr>
              <w:t>Cognome</w:t>
            </w:r>
            <w:proofErr w:type="spellEnd"/>
            <w:r>
              <w:rPr>
                <w:b/>
                <w:color w:val="202020"/>
                <w:sz w:val="17"/>
              </w:rPr>
              <w:t xml:space="preserve"> e </w:t>
            </w:r>
            <w:proofErr w:type="spellStart"/>
            <w:r>
              <w:rPr>
                <w:b/>
                <w:color w:val="202020"/>
                <w:sz w:val="17"/>
              </w:rPr>
              <w:t>nome</w:t>
            </w:r>
            <w:proofErr w:type="spellEnd"/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:rsidR="00117561" w:rsidRDefault="009B6DBB">
            <w:r>
              <w:rPr>
                <w:b/>
                <w:color w:val="202020"/>
                <w:sz w:val="17"/>
              </w:rPr>
              <w:t>Codice/i incarico</w:t>
            </w:r>
          </w:p>
        </w:tc>
      </w:tr>
      <w:tr w:rsidR="00117561">
        <w:trPr>
          <w:trHeight w:val="737"/>
          <w:jc w:val="center"/>
        </w:trPr>
        <w:tc>
          <w:tcPr>
            <w:tcW w:w="6350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17561" w:rsidRDefault="009B6DBB">
            <w:r>
              <w:rPr>
                <w:i/>
                <w:color w:val="666666"/>
              </w:rPr>
              <w:t>[compilare]</w:t>
            </w:r>
          </w:p>
        </w:tc>
        <w:tc>
          <w:tcPr>
            <w:tcW w:w="3855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17561" w:rsidRDefault="009B6DBB">
            <w:r>
              <w:rPr>
                <w:i/>
                <w:color w:val="666666"/>
              </w:rPr>
              <w:t>[compilare]</w:t>
            </w:r>
          </w:p>
        </w:tc>
      </w:tr>
    </w:tbl>
    <w:p w:rsidR="00117561" w:rsidRDefault="00117561"/>
    <w:p w:rsidR="00117561" w:rsidRPr="0059500E" w:rsidRDefault="009B6DBB">
      <w:pPr>
        <w:keepNext/>
        <w:spacing w:after="100"/>
        <w:rPr>
          <w:lang w:val="it-IT"/>
        </w:rPr>
      </w:pPr>
      <w:r w:rsidRPr="0059500E">
        <w:rPr>
          <w:b/>
          <w:color w:val="202020"/>
          <w:sz w:val="17"/>
          <w:lang w:val="it-IT"/>
        </w:rPr>
        <w:t xml:space="preserve">Nota per la compilazione: </w:t>
      </w:r>
      <w:r w:rsidRPr="0059500E">
        <w:rPr>
          <w:color w:val="202020"/>
          <w:sz w:val="17"/>
          <w:lang w:val="it-IT"/>
        </w:rPr>
        <w:t>indicare i titoli maggiormente pertinenti all’incarico, specificando ente, data di conseguimento e relativa attinenza.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65"/>
        <w:gridCol w:w="28"/>
        <w:gridCol w:w="1503"/>
        <w:gridCol w:w="56"/>
        <w:gridCol w:w="2835"/>
      </w:tblGrid>
      <w:tr w:rsidR="00117561" w:rsidRPr="0059500E" w:rsidTr="0059500E">
        <w:trPr>
          <w:tblHeader/>
          <w:jc w:val="center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N.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Titolo</w:t>
            </w:r>
          </w:p>
        </w:tc>
        <w:tc>
          <w:tcPr>
            <w:tcW w:w="26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Pr="0059500E" w:rsidRDefault="009B6DBB">
            <w:pPr>
              <w:jc w:val="center"/>
              <w:rPr>
                <w:lang w:val="it-IT"/>
              </w:rPr>
            </w:pPr>
            <w:r w:rsidRPr="0059500E">
              <w:rPr>
                <w:b/>
                <w:color w:val="FFFFFF"/>
                <w:sz w:val="15"/>
                <w:lang w:val="it-IT"/>
              </w:rPr>
              <w:t>Ente / istituzione presso cui è stato conseguito</w:t>
            </w:r>
          </w:p>
        </w:tc>
        <w:tc>
          <w:tcPr>
            <w:tcW w:w="15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 xml:space="preserve">Data di </w:t>
            </w:r>
            <w:proofErr w:type="spellStart"/>
            <w:r>
              <w:rPr>
                <w:b/>
                <w:color w:val="FFFFFF"/>
                <w:sz w:val="15"/>
              </w:rPr>
              <w:t>conseguimento</w:t>
            </w:r>
            <w:proofErr w:type="spellEnd"/>
          </w:p>
        </w:tc>
        <w:tc>
          <w:tcPr>
            <w:tcW w:w="289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Pr="0059500E" w:rsidRDefault="009B6DBB">
            <w:pPr>
              <w:jc w:val="center"/>
              <w:rPr>
                <w:lang w:val="it-IT"/>
              </w:rPr>
            </w:pPr>
            <w:r w:rsidRPr="0059500E">
              <w:rPr>
                <w:b/>
                <w:color w:val="FFFFFF"/>
                <w:sz w:val="15"/>
                <w:lang w:val="it-IT"/>
              </w:rPr>
              <w:t>Attinenza e rilevanza rispetto</w:t>
            </w:r>
            <w:r w:rsidRPr="0059500E">
              <w:rPr>
                <w:b/>
                <w:color w:val="FFFFFF"/>
                <w:sz w:val="15"/>
                <w:lang w:val="it-IT"/>
              </w:rPr>
              <w:t xml:space="preserve"> all’incarico</w:t>
            </w:r>
          </w:p>
        </w:tc>
      </w:tr>
      <w:tr w:rsidR="00117561" w:rsidRPr="0059500E" w:rsidTr="0059500E">
        <w:trPr>
          <w:trHeight w:val="75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1</w:t>
            </w: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[titolo]</w:t>
            </w: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[ente/istituzione]</w:t>
            </w: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[data]</w:t>
            </w: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i/>
                <w:color w:val="777777"/>
                <w:sz w:val="17"/>
                <w:lang w:val="it-IT"/>
              </w:rPr>
              <w:t>[descrivere la pertinenza rispetto alle attività didattiche oggetto dell’incarico]</w:t>
            </w:r>
          </w:p>
        </w:tc>
      </w:tr>
      <w:tr w:rsidR="00117561" w:rsidRPr="0059500E" w:rsidTr="0059500E">
        <w:trPr>
          <w:trHeight w:val="860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2</w:t>
            </w: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[titolo]</w:t>
            </w: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[ente/istituzione]</w:t>
            </w: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[data]</w:t>
            </w: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i/>
                <w:color w:val="777777"/>
                <w:sz w:val="17"/>
                <w:lang w:val="it-IT"/>
              </w:rPr>
              <w:t>[descrivere la pertinenza rispetto alle attività didattiche oggetto dell’incarico]</w:t>
            </w:r>
          </w:p>
        </w:tc>
      </w:tr>
      <w:tr w:rsidR="00117561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3</w:t>
            </w: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[titolo]</w:t>
            </w: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[ente/istituzione]</w:t>
            </w: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[data]</w:t>
            </w: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i/>
                <w:color w:val="777777"/>
                <w:sz w:val="17"/>
                <w:lang w:val="it-IT"/>
              </w:rPr>
              <w:t>[descrivere la pertinenza rispetto alle attività didattiche oggetto dell’incarico]</w:t>
            </w: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  <w:tr w:rsidR="0059500E" w:rsidRPr="0059500E" w:rsidTr="0059500E">
        <w:trPr>
          <w:trHeight w:val="578"/>
          <w:jc w:val="center"/>
        </w:trPr>
        <w:tc>
          <w:tcPr>
            <w:tcW w:w="56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55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Pr="0059500E" w:rsidRDefault="0059500E">
            <w:pPr>
              <w:rPr>
                <w:i/>
                <w:color w:val="777777"/>
                <w:sz w:val="17"/>
                <w:lang w:val="it-IT"/>
              </w:rPr>
            </w:pPr>
          </w:p>
        </w:tc>
      </w:tr>
    </w:tbl>
    <w:p w:rsidR="00117561" w:rsidRPr="0059500E" w:rsidRDefault="00117561">
      <w:pPr>
        <w:rPr>
          <w:lang w:val="it-IT"/>
        </w:rPr>
        <w:sectPr w:rsidR="00117561" w:rsidRPr="0059500E">
          <w:footerReference w:type="default" r:id="rId8"/>
          <w:pgSz w:w="11906" w:h="16838"/>
          <w:pgMar w:top="794" w:right="850" w:bottom="794" w:left="850" w:header="720" w:footer="397" w:gutter="0"/>
          <w:cols w:space="720"/>
          <w:docGrid w:linePitch="360"/>
        </w:sectPr>
      </w:pPr>
    </w:p>
    <w:p w:rsidR="00117561" w:rsidRPr="0059500E" w:rsidRDefault="00117561">
      <w:pPr>
        <w:rPr>
          <w:lang w:val="it-IT"/>
        </w:rPr>
      </w:pPr>
    </w:p>
    <w:p w:rsidR="00117561" w:rsidRDefault="009B6DBB">
      <w:pPr>
        <w:jc w:val="center"/>
      </w:pPr>
      <w:r>
        <w:rPr>
          <w:b/>
          <w:color w:val="1F4E79"/>
          <w:sz w:val="30"/>
        </w:rPr>
        <w:t>ALLEGATO B</w:t>
      </w:r>
    </w:p>
    <w:p w:rsidR="00117561" w:rsidRPr="0059500E" w:rsidRDefault="009B6DBB">
      <w:pPr>
        <w:jc w:val="center"/>
        <w:rPr>
          <w:lang w:val="it-IT"/>
        </w:rPr>
      </w:pPr>
      <w:r w:rsidRPr="0059500E">
        <w:rPr>
          <w:b/>
          <w:color w:val="1F4E79"/>
          <w:sz w:val="22"/>
          <w:lang w:val="it-IT"/>
        </w:rPr>
        <w:t xml:space="preserve">ELENCO DEI TITOLI, DELLE </w:t>
      </w:r>
      <w:r w:rsidRPr="0059500E">
        <w:rPr>
          <w:b/>
          <w:color w:val="1F4E79"/>
          <w:sz w:val="22"/>
          <w:lang w:val="it-IT"/>
        </w:rPr>
        <w:t>ESPERIENZE E DELLE PUBBLICAZIONI</w:t>
      </w:r>
    </w:p>
    <w:p w:rsidR="00117561" w:rsidRPr="0059500E" w:rsidRDefault="009B6DBB">
      <w:pPr>
        <w:spacing w:after="160"/>
        <w:jc w:val="center"/>
        <w:rPr>
          <w:lang w:val="it-IT"/>
        </w:rPr>
      </w:pPr>
      <w:r w:rsidRPr="0059500E">
        <w:rPr>
          <w:color w:val="1F4E79"/>
          <w:lang w:val="it-IT"/>
        </w:rPr>
        <w:t xml:space="preserve">Incarichi di insegnamento - I semestre </w:t>
      </w:r>
      <w:proofErr w:type="spellStart"/>
      <w:r w:rsidRPr="0059500E">
        <w:rPr>
          <w:color w:val="1F4E79"/>
          <w:lang w:val="it-IT"/>
        </w:rPr>
        <w:t>a.a</w:t>
      </w:r>
      <w:proofErr w:type="spellEnd"/>
      <w:r w:rsidRPr="0059500E">
        <w:rPr>
          <w:color w:val="1F4E79"/>
          <w:lang w:val="it-IT"/>
        </w:rPr>
        <w:t>. 2026/2027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117561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</w:tcPr>
          <w:p w:rsidR="00117561" w:rsidRDefault="009B6DBB">
            <w:r>
              <w:rPr>
                <w:b/>
                <w:color w:val="1F4E79"/>
                <w:sz w:val="22"/>
              </w:rPr>
              <w:t>B. Esperienze didattiche</w:t>
            </w:r>
          </w:p>
        </w:tc>
      </w:tr>
    </w:tbl>
    <w:p w:rsidR="00117561" w:rsidRDefault="00117561"/>
    <w:p w:rsidR="00117561" w:rsidRPr="0059500E" w:rsidRDefault="009B6DBB">
      <w:pPr>
        <w:keepNext/>
        <w:spacing w:after="100"/>
        <w:rPr>
          <w:lang w:val="it-IT"/>
        </w:rPr>
      </w:pPr>
      <w:r w:rsidRPr="0059500E">
        <w:rPr>
          <w:b/>
          <w:color w:val="202020"/>
          <w:sz w:val="17"/>
          <w:lang w:val="it-IT"/>
        </w:rPr>
        <w:t xml:space="preserve">Nota per la compilazione: </w:t>
      </w:r>
      <w:r w:rsidRPr="0059500E">
        <w:rPr>
          <w:color w:val="202020"/>
          <w:sz w:val="17"/>
          <w:lang w:val="it-IT"/>
        </w:rPr>
        <w:t>indicare le principali esperienze didattiche pertinenti, specificando insegnamento o attività, Ateneo/ente, periodo,</w:t>
      </w:r>
      <w:r w:rsidRPr="0059500E">
        <w:rPr>
          <w:color w:val="202020"/>
          <w:sz w:val="17"/>
          <w:lang w:val="it-IT"/>
        </w:rPr>
        <w:t xml:space="preserve"> ore e/o CFU e attinenza rispetto all’incarico.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438"/>
        <w:gridCol w:w="1928"/>
        <w:gridCol w:w="1701"/>
        <w:gridCol w:w="1247"/>
        <w:gridCol w:w="2381"/>
      </w:tblGrid>
      <w:tr w:rsidR="00117561" w:rsidRPr="0059500E">
        <w:trPr>
          <w:tblHeader/>
          <w:jc w:val="center"/>
        </w:trPr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N.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Insegnamento / attività didattica</w:t>
            </w: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Ateneo / ente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Anno accademico / periodo</w:t>
            </w:r>
          </w:p>
        </w:tc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Ore di didattica / CFU</w:t>
            </w:r>
          </w:p>
        </w:tc>
        <w:tc>
          <w:tcPr>
            <w:tcW w:w="23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Pr="0059500E" w:rsidRDefault="009B6DBB">
            <w:pPr>
              <w:jc w:val="center"/>
              <w:rPr>
                <w:lang w:val="it-IT"/>
              </w:rPr>
            </w:pPr>
            <w:r w:rsidRPr="0059500E">
              <w:rPr>
                <w:b/>
                <w:color w:val="FFFFFF"/>
                <w:sz w:val="15"/>
                <w:lang w:val="it-IT"/>
              </w:rPr>
              <w:t>Attinenza e rilevanza rispetto all’incarico</w:t>
            </w:r>
          </w:p>
        </w:tc>
      </w:tr>
      <w:tr w:rsidR="00117561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1</w:t>
            </w: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[insegnamento/attività]</w:t>
            </w: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[Ateneo/ente]</w:t>
            </w: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[A.A./periodo]</w:t>
            </w: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 xml:space="preserve">[ore / </w:t>
            </w:r>
            <w:r>
              <w:rPr>
                <w:i/>
                <w:color w:val="777777"/>
                <w:sz w:val="17"/>
              </w:rPr>
              <w:t>CFU]</w:t>
            </w: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117561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2</w:t>
            </w: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[insegnamento/attività]</w:t>
            </w: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[Ateneo/ente]</w:t>
            </w: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[A.A./periodo]</w:t>
            </w: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[ore / CFU]</w:t>
            </w: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117561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3</w:t>
            </w: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[insegnamento/attività]</w:t>
            </w: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[Ateneo/ente]</w:t>
            </w: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[A.A./periodo]</w:t>
            </w: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[ore / CFU]</w:t>
            </w: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87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92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70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247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381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</w:tbl>
    <w:p w:rsidR="00117561" w:rsidRDefault="00117561">
      <w:pPr>
        <w:sectPr w:rsidR="00117561">
          <w:footerReference w:type="default" r:id="rId9"/>
          <w:pgSz w:w="11906" w:h="16838"/>
          <w:pgMar w:top="794" w:right="850" w:bottom="794" w:left="850" w:header="340" w:footer="397" w:gutter="0"/>
          <w:cols w:space="720"/>
          <w:docGrid w:linePitch="360"/>
        </w:sectPr>
      </w:pPr>
    </w:p>
    <w:p w:rsidR="00117561" w:rsidRDefault="009B6DBB">
      <w:pPr>
        <w:jc w:val="center"/>
      </w:pPr>
      <w:r>
        <w:rPr>
          <w:b/>
          <w:color w:val="1F4E79"/>
          <w:sz w:val="30"/>
        </w:rPr>
        <w:t>ALLEGATO B</w:t>
      </w:r>
    </w:p>
    <w:p w:rsidR="00117561" w:rsidRPr="0059500E" w:rsidRDefault="009B6DBB">
      <w:pPr>
        <w:jc w:val="center"/>
        <w:rPr>
          <w:lang w:val="it-IT"/>
        </w:rPr>
      </w:pPr>
      <w:r w:rsidRPr="0059500E">
        <w:rPr>
          <w:b/>
          <w:color w:val="1F4E79"/>
          <w:sz w:val="22"/>
          <w:lang w:val="it-IT"/>
        </w:rPr>
        <w:t>ELENCO DEI TITOLI, DELLE ESPERIENZE E DELLE PUBBLICAZIONI</w:t>
      </w:r>
    </w:p>
    <w:p w:rsidR="00117561" w:rsidRPr="0059500E" w:rsidRDefault="009B6DBB">
      <w:pPr>
        <w:spacing w:after="160"/>
        <w:jc w:val="center"/>
        <w:rPr>
          <w:lang w:val="it-IT"/>
        </w:rPr>
      </w:pPr>
      <w:r w:rsidRPr="0059500E">
        <w:rPr>
          <w:color w:val="1F4E79"/>
          <w:lang w:val="it-IT"/>
        </w:rPr>
        <w:t xml:space="preserve">Incarichi di insegnamento - I semestre </w:t>
      </w:r>
      <w:proofErr w:type="spellStart"/>
      <w:r w:rsidRPr="0059500E">
        <w:rPr>
          <w:color w:val="1F4E79"/>
          <w:lang w:val="it-IT"/>
        </w:rPr>
        <w:t>a.a</w:t>
      </w:r>
      <w:proofErr w:type="spellEnd"/>
      <w:r w:rsidRPr="0059500E">
        <w:rPr>
          <w:color w:val="1F4E79"/>
          <w:lang w:val="it-IT"/>
        </w:rPr>
        <w:t>. 2026/2027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117561" w:rsidRPr="0059500E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b/>
                <w:color w:val="1F4E79"/>
                <w:sz w:val="22"/>
                <w:lang w:val="it-IT"/>
              </w:rPr>
              <w:t>C. Attività scientifica e professionale</w:t>
            </w:r>
          </w:p>
        </w:tc>
      </w:tr>
    </w:tbl>
    <w:p w:rsidR="00117561" w:rsidRPr="0059500E" w:rsidRDefault="00117561">
      <w:pPr>
        <w:rPr>
          <w:lang w:val="it-IT"/>
        </w:rPr>
      </w:pPr>
    </w:p>
    <w:p w:rsidR="00117561" w:rsidRPr="0059500E" w:rsidRDefault="009B6DBB">
      <w:pPr>
        <w:keepNext/>
        <w:spacing w:after="100"/>
        <w:rPr>
          <w:lang w:val="it-IT"/>
        </w:rPr>
      </w:pPr>
      <w:r w:rsidRPr="0059500E">
        <w:rPr>
          <w:b/>
          <w:color w:val="202020"/>
          <w:sz w:val="17"/>
          <w:lang w:val="it-IT"/>
        </w:rPr>
        <w:t xml:space="preserve">Nota per la compilazione: </w:t>
      </w:r>
      <w:r w:rsidRPr="0059500E">
        <w:rPr>
          <w:color w:val="202020"/>
          <w:sz w:val="17"/>
          <w:lang w:val="it-IT"/>
        </w:rPr>
        <w:t xml:space="preserve">indicare le </w:t>
      </w:r>
      <w:r w:rsidRPr="0059500E">
        <w:rPr>
          <w:color w:val="202020"/>
          <w:sz w:val="17"/>
          <w:lang w:val="it-IT"/>
        </w:rPr>
        <w:t>principali attività scientifiche e professionali pertinenti, specificando attività o incarico, ente o committente, periodo e una sintetica descrizione dell’attinenza rispetto all’incarico.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835"/>
        <w:gridCol w:w="2438"/>
        <w:gridCol w:w="1644"/>
        <w:gridCol w:w="2778"/>
      </w:tblGrid>
      <w:tr w:rsidR="00117561">
        <w:trPr>
          <w:tblHeader/>
          <w:jc w:val="center"/>
        </w:trPr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N.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Denominazione dell’attività / incarico</w:t>
            </w:r>
          </w:p>
        </w:tc>
        <w:tc>
          <w:tcPr>
            <w:tcW w:w="24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Ente / committente</w:t>
            </w:r>
          </w:p>
        </w:tc>
        <w:tc>
          <w:tcPr>
            <w:tcW w:w="16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Period</w:t>
            </w:r>
            <w:r>
              <w:rPr>
                <w:b/>
                <w:color w:val="FFFFFF"/>
                <w:sz w:val="15"/>
              </w:rPr>
              <w:t>o (mese/anno)</w:t>
            </w:r>
          </w:p>
        </w:tc>
        <w:tc>
          <w:tcPr>
            <w:tcW w:w="27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Descrizione e attinenza</w:t>
            </w:r>
          </w:p>
        </w:tc>
      </w:tr>
      <w:tr w:rsidR="00117561" w:rsidTr="0059500E">
        <w:trPr>
          <w:trHeight w:val="86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1</w:t>
            </w: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[attività]</w:t>
            </w: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[ente]</w:t>
            </w: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[periodo]</w:t>
            </w: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[descrizione]</w:t>
            </w:r>
          </w:p>
        </w:tc>
      </w:tr>
      <w:tr w:rsidR="00117561" w:rsidTr="0059500E">
        <w:trPr>
          <w:trHeight w:val="868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2</w:t>
            </w: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[attività]</w:t>
            </w: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[ente]</w:t>
            </w: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[periodo]</w:t>
            </w: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[descrizione]</w:t>
            </w:r>
          </w:p>
        </w:tc>
      </w:tr>
      <w:tr w:rsidR="00117561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3</w:t>
            </w: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[attività]</w:t>
            </w: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[ente]</w:t>
            </w: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[periodo]</w:t>
            </w: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[descrizione]</w:t>
            </w: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704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2835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3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164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77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</w:tbl>
    <w:p w:rsidR="00117561" w:rsidRDefault="00117561">
      <w:pPr>
        <w:sectPr w:rsidR="00117561">
          <w:footerReference w:type="default" r:id="rId10"/>
          <w:pgSz w:w="11906" w:h="16838"/>
          <w:pgMar w:top="794" w:right="850" w:bottom="794" w:left="850" w:header="340" w:footer="397" w:gutter="0"/>
          <w:cols w:space="720"/>
          <w:docGrid w:linePitch="360"/>
        </w:sectPr>
      </w:pPr>
    </w:p>
    <w:p w:rsidR="0059500E" w:rsidRDefault="0059500E"/>
    <w:p w:rsidR="0059500E" w:rsidRDefault="0059500E" w:rsidP="0059500E"/>
    <w:p w:rsidR="00117561" w:rsidRDefault="009B6DBB">
      <w:pPr>
        <w:jc w:val="center"/>
      </w:pPr>
      <w:r>
        <w:rPr>
          <w:b/>
          <w:color w:val="1F4E79"/>
          <w:sz w:val="30"/>
        </w:rPr>
        <w:t>ALLEGATO B</w:t>
      </w:r>
    </w:p>
    <w:p w:rsidR="00117561" w:rsidRPr="0059500E" w:rsidRDefault="009B6DBB">
      <w:pPr>
        <w:jc w:val="center"/>
        <w:rPr>
          <w:lang w:val="it-IT"/>
        </w:rPr>
      </w:pPr>
      <w:r w:rsidRPr="0059500E">
        <w:rPr>
          <w:b/>
          <w:color w:val="1F4E79"/>
          <w:sz w:val="22"/>
          <w:lang w:val="it-IT"/>
        </w:rPr>
        <w:t>ELENCO DEI TITOLI, DELLE ESPERIENZE E DELLE PUBBLICAZIONI</w:t>
      </w:r>
    </w:p>
    <w:p w:rsidR="00117561" w:rsidRPr="0059500E" w:rsidRDefault="009B6DBB">
      <w:pPr>
        <w:spacing w:after="160"/>
        <w:jc w:val="center"/>
        <w:rPr>
          <w:lang w:val="it-IT"/>
        </w:rPr>
      </w:pPr>
      <w:r w:rsidRPr="0059500E">
        <w:rPr>
          <w:color w:val="1F4E79"/>
          <w:lang w:val="it-IT"/>
        </w:rPr>
        <w:t xml:space="preserve">Incarichi di insegnamento - I </w:t>
      </w:r>
      <w:r w:rsidRPr="0059500E">
        <w:rPr>
          <w:color w:val="1F4E79"/>
          <w:lang w:val="it-IT"/>
        </w:rPr>
        <w:t xml:space="preserve">semestre </w:t>
      </w:r>
      <w:proofErr w:type="spellStart"/>
      <w:r w:rsidRPr="0059500E">
        <w:rPr>
          <w:color w:val="1F4E79"/>
          <w:lang w:val="it-IT"/>
        </w:rPr>
        <w:t>a.a</w:t>
      </w:r>
      <w:proofErr w:type="spellEnd"/>
      <w:r w:rsidRPr="0059500E">
        <w:rPr>
          <w:color w:val="1F4E79"/>
          <w:lang w:val="it-IT"/>
        </w:rPr>
        <w:t>. 2026/2027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117561" w:rsidRPr="0059500E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AF1F8"/>
            <w:tcMar>
              <w:top w:w="90" w:type="dxa"/>
              <w:left w:w="140" w:type="dxa"/>
              <w:bottom w:w="90" w:type="dxa"/>
              <w:right w:w="14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b/>
                <w:color w:val="1F4E79"/>
                <w:sz w:val="22"/>
                <w:lang w:val="it-IT"/>
              </w:rPr>
              <w:t>D. Pubblicazioni e altri prodotti sottoposti a valutazione</w:t>
            </w:r>
          </w:p>
        </w:tc>
      </w:tr>
    </w:tbl>
    <w:p w:rsidR="00117561" w:rsidRPr="0059500E" w:rsidRDefault="00117561">
      <w:pPr>
        <w:rPr>
          <w:lang w:val="it-IT"/>
        </w:rPr>
      </w:pPr>
    </w:p>
    <w:p w:rsidR="00117561" w:rsidRPr="0059500E" w:rsidRDefault="009B6DBB">
      <w:pPr>
        <w:keepNext/>
        <w:spacing w:after="100"/>
        <w:rPr>
          <w:lang w:val="it-IT"/>
        </w:rPr>
      </w:pPr>
      <w:r w:rsidRPr="0059500E">
        <w:rPr>
          <w:b/>
          <w:color w:val="202020"/>
          <w:sz w:val="17"/>
          <w:lang w:val="it-IT"/>
        </w:rPr>
        <w:t xml:space="preserve">Nota per la compilazione: </w:t>
      </w:r>
      <w:r w:rsidRPr="0059500E">
        <w:rPr>
          <w:color w:val="202020"/>
          <w:sz w:val="17"/>
          <w:lang w:val="it-IT"/>
        </w:rPr>
        <w:t>indicare le pubblicazioni e gli altri prodotti scientifici sottoposti a valutazione, riportando il riferimento bibliografico completo, il DOI o a</w:t>
      </w:r>
      <w:r w:rsidRPr="0059500E">
        <w:rPr>
          <w:color w:val="202020"/>
          <w:sz w:val="17"/>
          <w:lang w:val="it-IT"/>
        </w:rPr>
        <w:t>ltro collegamento persistente, ove disponibile, e una sintetica indicazione dell’attinenza rispetto all’incarico.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4932"/>
        <w:gridCol w:w="2268"/>
        <w:gridCol w:w="2494"/>
      </w:tblGrid>
      <w:tr w:rsidR="00117561">
        <w:trPr>
          <w:tblHeader/>
          <w:jc w:val="center"/>
        </w:trPr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N.</w:t>
            </w:r>
          </w:p>
        </w:tc>
        <w:tc>
          <w:tcPr>
            <w:tcW w:w="4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Riferimento bibliografico / prodotto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DOI o collegamento persistente</w:t>
            </w:r>
          </w:p>
        </w:tc>
        <w:tc>
          <w:tcPr>
            <w:tcW w:w="24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FFFFFF"/>
                <w:sz w:val="15"/>
              </w:rPr>
              <w:t>Attinenza</w:t>
            </w:r>
          </w:p>
        </w:tc>
      </w:tr>
      <w:tr w:rsidR="00117561" w:rsidTr="0059500E">
        <w:trPr>
          <w:trHeight w:val="499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1</w:t>
            </w: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[rife</w:t>
            </w:r>
            <w:bookmarkStart w:id="0" w:name="_GoBack"/>
            <w:bookmarkEnd w:id="0"/>
            <w:r>
              <w:rPr>
                <w:i/>
                <w:color w:val="777777"/>
                <w:sz w:val="17"/>
              </w:rPr>
              <w:t>rimento]</w:t>
            </w: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[DOI / link]</w:t>
            </w: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117561" w:rsidTr="0059500E">
        <w:trPr>
          <w:trHeight w:val="566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2</w:t>
            </w: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[riferimento]</w:t>
            </w: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[DOI / link]</w:t>
            </w: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117561" w:rsidTr="0059500E">
        <w:trPr>
          <w:trHeight w:val="43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3</w:t>
            </w: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[riferimento]</w:t>
            </w: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[DOI / link]</w:t>
            </w: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117561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117561" w:rsidRDefault="009B6DBB">
            <w:pPr>
              <w:jc w:val="center"/>
            </w:pPr>
            <w:r>
              <w:rPr>
                <w:b/>
                <w:color w:val="202020"/>
              </w:rPr>
              <w:t>4</w:t>
            </w: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[riferimento]</w:t>
            </w: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[DOI / link]</w:t>
            </w: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[attinenza]</w:t>
            </w: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  <w:tr w:rsidR="0059500E" w:rsidTr="0059500E">
        <w:trPr>
          <w:trHeight w:val="447"/>
          <w:jc w:val="center"/>
        </w:trPr>
        <w:tc>
          <w:tcPr>
            <w:tcW w:w="510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  <w:vAlign w:val="center"/>
          </w:tcPr>
          <w:p w:rsidR="0059500E" w:rsidRDefault="0059500E">
            <w:pPr>
              <w:jc w:val="center"/>
              <w:rPr>
                <w:b/>
                <w:color w:val="202020"/>
              </w:rPr>
            </w:pPr>
          </w:p>
        </w:tc>
        <w:tc>
          <w:tcPr>
            <w:tcW w:w="4932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268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  <w:tc>
          <w:tcPr>
            <w:tcW w:w="2494" w:type="dxa"/>
            <w:tcBorders>
              <w:top w:val="single" w:sz="6" w:space="0" w:color="7A8A99"/>
              <w:left w:val="single" w:sz="6" w:space="0" w:color="7A8A99"/>
              <w:bottom w:val="single" w:sz="6" w:space="0" w:color="7A8A99"/>
              <w:right w:val="single" w:sz="6" w:space="0" w:color="7A8A99"/>
            </w:tcBorders>
            <w:tcMar>
              <w:top w:w="130" w:type="dxa"/>
              <w:left w:w="100" w:type="dxa"/>
              <w:bottom w:w="130" w:type="dxa"/>
              <w:right w:w="100" w:type="dxa"/>
            </w:tcMar>
          </w:tcPr>
          <w:p w:rsidR="0059500E" w:rsidRDefault="0059500E">
            <w:pPr>
              <w:rPr>
                <w:i/>
                <w:color w:val="777777"/>
                <w:sz w:val="17"/>
              </w:rPr>
            </w:pPr>
          </w:p>
        </w:tc>
      </w:tr>
    </w:tbl>
    <w:p w:rsidR="00117561" w:rsidRDefault="00117561">
      <w:pPr>
        <w:sectPr w:rsidR="00117561">
          <w:footerReference w:type="default" r:id="rId11"/>
          <w:pgSz w:w="11906" w:h="16838"/>
          <w:pgMar w:top="794" w:right="850" w:bottom="794" w:left="850" w:header="340" w:footer="397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117561" w:rsidRPr="0059500E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AF1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color w:val="202020"/>
                <w:sz w:val="17"/>
                <w:lang w:val="it-IT"/>
              </w:rPr>
              <w:t xml:space="preserve">Il/La sottoscritto/a dichiara che i titoli, le esperienze e le informazioni sopra riportate nel presente elenco corrispondono al vero e che le eventuali copie degli atti </w:t>
            </w:r>
            <w:r w:rsidRPr="0059500E">
              <w:rPr>
                <w:color w:val="202020"/>
                <w:sz w:val="17"/>
                <w:lang w:val="it-IT"/>
              </w:rPr>
              <w:t>allegati sono conformi agli originali, ai sensi degli artt. 19, 46 e 47 del D.P.R. n. 445/2000.</w:t>
            </w:r>
          </w:p>
        </w:tc>
      </w:tr>
    </w:tbl>
    <w:p w:rsidR="00117561" w:rsidRPr="0059500E" w:rsidRDefault="00117561">
      <w:pPr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123"/>
      </w:tblGrid>
      <w:tr w:rsidR="00117561">
        <w:trPr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117561" w:rsidRDefault="009B6DBB">
            <w:proofErr w:type="spellStart"/>
            <w:r>
              <w:rPr>
                <w:b/>
                <w:color w:val="202020"/>
                <w:sz w:val="17"/>
              </w:rPr>
              <w:t>Luogo</w:t>
            </w:r>
            <w:proofErr w:type="spellEnd"/>
            <w:r>
              <w:rPr>
                <w:b/>
                <w:color w:val="202020"/>
                <w:sz w:val="17"/>
              </w:rPr>
              <w:t xml:space="preserve"> e data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117561" w:rsidRDefault="009B6DBB">
            <w:r>
              <w:rPr>
                <w:b/>
                <w:color w:val="202020"/>
                <w:sz w:val="17"/>
              </w:rPr>
              <w:t>Firma</w:t>
            </w:r>
          </w:p>
        </w:tc>
      </w:tr>
      <w:tr w:rsidR="00117561" w:rsidRPr="0059500E">
        <w:trPr>
          <w:trHeight w:val="850"/>
          <w:jc w:val="center"/>
        </w:trPr>
        <w:tc>
          <w:tcPr>
            <w:tcW w:w="4082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561" w:rsidRDefault="009B6DBB">
            <w:r>
              <w:rPr>
                <w:i/>
                <w:color w:val="777777"/>
                <w:sz w:val="17"/>
              </w:rPr>
              <w:t>[luogo e data]</w:t>
            </w:r>
          </w:p>
        </w:tc>
        <w:tc>
          <w:tcPr>
            <w:tcW w:w="6123" w:type="dxa"/>
            <w:tcBorders>
              <w:top w:val="single" w:sz="8" w:space="0" w:color="7A8A99"/>
              <w:left w:val="single" w:sz="8" w:space="0" w:color="7A8A99"/>
              <w:bottom w:val="single" w:sz="8" w:space="0" w:color="7A8A99"/>
              <w:right w:val="single" w:sz="8" w:space="0" w:color="7A8A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561" w:rsidRPr="0059500E" w:rsidRDefault="009B6DBB">
            <w:pPr>
              <w:rPr>
                <w:lang w:val="it-IT"/>
              </w:rPr>
            </w:pPr>
            <w:r w:rsidRPr="0059500E">
              <w:rPr>
                <w:i/>
                <w:color w:val="777777"/>
                <w:sz w:val="17"/>
                <w:lang w:val="it-IT"/>
              </w:rPr>
              <w:t>[inserire qui la firma digitale o autografa]</w:t>
            </w:r>
          </w:p>
        </w:tc>
      </w:tr>
    </w:tbl>
    <w:p w:rsidR="00117561" w:rsidRPr="0059500E" w:rsidRDefault="00117561" w:rsidP="0059500E">
      <w:pPr>
        <w:spacing w:before="80"/>
        <w:rPr>
          <w:lang w:val="it-IT"/>
        </w:rPr>
      </w:pPr>
    </w:p>
    <w:sectPr w:rsidR="00117561" w:rsidRPr="0059500E" w:rsidSect="00034616">
      <w:footerReference w:type="default" r:id="rId12"/>
      <w:pgSz w:w="11906" w:h="16838"/>
      <w:pgMar w:top="794" w:right="850" w:bottom="794" w:left="85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BB" w:rsidRDefault="009B6DBB">
      <w:pPr>
        <w:spacing w:line="240" w:lineRule="auto"/>
      </w:pPr>
      <w:r>
        <w:separator/>
      </w:r>
    </w:p>
  </w:endnote>
  <w:endnote w:type="continuationSeparator" w:id="0">
    <w:p w:rsidR="009B6DBB" w:rsidRDefault="009B6D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61" w:rsidRDefault="009B6DBB">
    <w:pPr>
      <w:pStyle w:val="Pidipagina"/>
      <w:jc w:val="right"/>
    </w:pPr>
    <w:r>
      <w:rPr>
        <w:color w:val="777777"/>
        <w:sz w:val="15"/>
      </w:rPr>
      <w:t>Pagina 1 di 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61" w:rsidRDefault="009B6DBB">
    <w:pPr>
      <w:pStyle w:val="Pidipagina"/>
      <w:jc w:val="right"/>
    </w:pPr>
    <w:proofErr w:type="spellStart"/>
    <w:r>
      <w:rPr>
        <w:color w:val="777777"/>
        <w:sz w:val="15"/>
      </w:rPr>
      <w:t>Pagina</w:t>
    </w:r>
    <w:proofErr w:type="spellEnd"/>
    <w:r>
      <w:rPr>
        <w:color w:val="777777"/>
        <w:sz w:val="15"/>
      </w:rPr>
      <w:t xml:space="preserve"> 3 di 8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61" w:rsidRDefault="009B6DBB">
    <w:pPr>
      <w:pStyle w:val="Pidipagina"/>
      <w:jc w:val="right"/>
    </w:pPr>
    <w:proofErr w:type="spellStart"/>
    <w:r>
      <w:rPr>
        <w:color w:val="777777"/>
        <w:sz w:val="15"/>
      </w:rPr>
      <w:t>Pagina</w:t>
    </w:r>
    <w:proofErr w:type="spellEnd"/>
    <w:r>
      <w:rPr>
        <w:color w:val="777777"/>
        <w:sz w:val="15"/>
      </w:rPr>
      <w:t xml:space="preserve"> 5 di 8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61" w:rsidRDefault="009B6DBB">
    <w:pPr>
      <w:pStyle w:val="Pidipagina"/>
      <w:jc w:val="right"/>
    </w:pPr>
    <w:proofErr w:type="spellStart"/>
    <w:r>
      <w:rPr>
        <w:color w:val="777777"/>
        <w:sz w:val="15"/>
      </w:rPr>
      <w:t>Pagina</w:t>
    </w:r>
    <w:proofErr w:type="spellEnd"/>
    <w:r>
      <w:rPr>
        <w:color w:val="777777"/>
        <w:sz w:val="15"/>
      </w:rPr>
      <w:t xml:space="preserve"> 7 di 8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561" w:rsidRDefault="009B6DBB">
    <w:pPr>
      <w:pStyle w:val="Pidipagina"/>
      <w:jc w:val="right"/>
    </w:pPr>
    <w:r>
      <w:rPr>
        <w:color w:val="777777"/>
        <w:sz w:val="15"/>
      </w:rPr>
      <w:t>Pagina 8 di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BB" w:rsidRDefault="009B6DBB">
      <w:pPr>
        <w:spacing w:line="240" w:lineRule="auto"/>
      </w:pPr>
      <w:r>
        <w:separator/>
      </w:r>
    </w:p>
  </w:footnote>
  <w:footnote w:type="continuationSeparator" w:id="0">
    <w:p w:rsidR="009B6DBB" w:rsidRDefault="009B6D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7561"/>
    <w:rsid w:val="0015074B"/>
    <w:rsid w:val="0029639D"/>
    <w:rsid w:val="00326F90"/>
    <w:rsid w:val="0059500E"/>
    <w:rsid w:val="009B6DB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6ADB5"/>
  <w14:defaultImageDpi w14:val="300"/>
  <w15:docId w15:val="{717612FA-485F-4F1E-A493-20506AC1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260B67-5D7F-4A95-B03D-4CB2065C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Silvana Esposito</cp:lastModifiedBy>
  <cp:revision>2</cp:revision>
  <dcterms:created xsi:type="dcterms:W3CDTF">2013-12-23T23:15:00Z</dcterms:created>
  <dcterms:modified xsi:type="dcterms:W3CDTF">2026-08-05T11:09:00Z</dcterms:modified>
  <cp:category/>
</cp:coreProperties>
</file>